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91CC" w14:textId="574F49F1" w:rsidR="00AB6117" w:rsidRDefault="00072D6B">
      <w:pPr>
        <w:pStyle w:val="Title"/>
        <w:spacing w:after="2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E27ED19" wp14:editId="4456F705">
            <wp:extent cx="1042670" cy="914400"/>
            <wp:effectExtent l="0" t="0" r="0" b="0"/>
            <wp:docPr id="1419871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C7791" w14:textId="77777777" w:rsidR="00AB6117" w:rsidRDefault="00AB6117">
      <w:pPr>
        <w:pStyle w:val="Title"/>
        <w:spacing w:after="20"/>
        <w:jc w:val="center"/>
      </w:pPr>
    </w:p>
    <w:p w14:paraId="59EB2015" w14:textId="0B4F16DB" w:rsidR="002F5383" w:rsidRDefault="00000000">
      <w:pPr>
        <w:pStyle w:val="Title"/>
        <w:spacing w:after="20"/>
        <w:jc w:val="center"/>
      </w:pPr>
      <w:r>
        <w:t>Outreach Manager Application Form</w:t>
      </w:r>
    </w:p>
    <w:p w14:paraId="2C3AA4A4" w14:textId="77777777" w:rsidR="002F5383" w:rsidRDefault="00000000">
      <w:pPr>
        <w:spacing w:after="140"/>
        <w:jc w:val="center"/>
      </w:pPr>
      <w:r>
        <w:rPr>
          <w:b/>
          <w:sz w:val="23"/>
        </w:rPr>
        <w:t>Hwupenyu Health &amp; Wellbeing Project SCIO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7361B6EF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60CAE757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Role</w:t>
            </w:r>
          </w:p>
        </w:tc>
        <w:tc>
          <w:tcPr>
            <w:tcW w:w="5213" w:type="dxa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6319E48C" w14:textId="77777777" w:rsidR="002F5383" w:rsidRDefault="00000000">
            <w:pPr>
              <w:spacing w:after="0"/>
            </w:pPr>
            <w:r>
              <w:rPr>
                <w:sz w:val="18"/>
              </w:rPr>
              <w:t>Outreach Manager</w:t>
            </w:r>
          </w:p>
        </w:tc>
      </w:tr>
      <w:tr w:rsidR="002F5383" w14:paraId="450DE59F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06B3D422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Hours</w:t>
            </w:r>
          </w:p>
        </w:tc>
        <w:tc>
          <w:tcPr>
            <w:tcW w:w="5213" w:type="dxa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3BDDBFA5" w14:textId="77777777" w:rsidR="002F5383" w:rsidRDefault="00000000">
            <w:pPr>
              <w:spacing w:after="0"/>
            </w:pPr>
            <w:r>
              <w:rPr>
                <w:sz w:val="18"/>
              </w:rPr>
              <w:t>20 hours per week (flexible working arrangements)</w:t>
            </w:r>
          </w:p>
        </w:tc>
      </w:tr>
      <w:tr w:rsidR="002F5383" w14:paraId="6BD38F12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412EE5F2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Location</w:t>
            </w:r>
          </w:p>
        </w:tc>
        <w:tc>
          <w:tcPr>
            <w:tcW w:w="5213" w:type="dxa"/>
            <w:tcMar>
              <w:top w:w="65" w:type="dxa"/>
              <w:left w:w="95" w:type="dxa"/>
              <w:bottom w:w="65" w:type="dxa"/>
              <w:right w:w="95" w:type="dxa"/>
            </w:tcMar>
          </w:tcPr>
          <w:p w14:paraId="3F383EF2" w14:textId="77777777" w:rsidR="002F5383" w:rsidRDefault="00000000">
            <w:pPr>
              <w:spacing w:after="0"/>
            </w:pPr>
            <w:r>
              <w:rPr>
                <w:sz w:val="18"/>
              </w:rPr>
              <w:t>Greater Glasgow Area</w:t>
            </w:r>
          </w:p>
        </w:tc>
      </w:tr>
    </w:tbl>
    <w:p w14:paraId="62EFD843" w14:textId="77777777" w:rsidR="00DD5703" w:rsidRDefault="00DD5703">
      <w:pPr>
        <w:pStyle w:val="Heading1"/>
        <w:spacing w:before="100" w:after="80"/>
      </w:pPr>
    </w:p>
    <w:p w14:paraId="62B25A33" w14:textId="0E475E0D" w:rsidR="002F5383" w:rsidRDefault="00000000">
      <w:pPr>
        <w:pStyle w:val="Heading1"/>
        <w:spacing w:before="100" w:after="80"/>
      </w:pPr>
      <w:r>
        <w:t>1. Personal details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3DE1C89F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F3B4246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Full name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F6A58E9" w14:textId="71456B62" w:rsidR="002F5383" w:rsidRDefault="002F5383">
            <w:pPr>
              <w:spacing w:after="0"/>
            </w:pPr>
          </w:p>
        </w:tc>
      </w:tr>
      <w:tr w:rsidR="002F5383" w14:paraId="27558ADF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DA5DC5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Address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94C1885" w14:textId="2522AA20" w:rsidR="002F5383" w:rsidRDefault="002F5383">
            <w:pPr>
              <w:spacing w:after="0"/>
            </w:pPr>
          </w:p>
        </w:tc>
      </w:tr>
      <w:tr w:rsidR="002F5383" w14:paraId="3F90C961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BD5DB6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Postcode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6C0DAA5" w14:textId="663EE34A" w:rsidR="002F5383" w:rsidRDefault="002F5383">
            <w:pPr>
              <w:spacing w:after="0"/>
            </w:pPr>
          </w:p>
        </w:tc>
      </w:tr>
      <w:tr w:rsidR="002F5383" w14:paraId="30AC623E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8A551F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Email address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F059A8" w14:textId="78BE5285" w:rsidR="002F5383" w:rsidRDefault="002F5383">
            <w:pPr>
              <w:spacing w:after="0"/>
            </w:pPr>
          </w:p>
        </w:tc>
      </w:tr>
      <w:tr w:rsidR="002F5383" w14:paraId="3674E031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41A0B0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Telephone number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BE7AAB" w14:textId="42F363C5" w:rsidR="002F5383" w:rsidRDefault="002F5383">
            <w:pPr>
              <w:spacing w:after="0"/>
            </w:pPr>
          </w:p>
        </w:tc>
      </w:tr>
      <w:tr w:rsidR="002F5383" w14:paraId="440BFE27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CC98B1F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Preferred contact method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EAFD81" w14:textId="77777777" w:rsidR="002F5383" w:rsidRDefault="00000000">
            <w:pPr>
              <w:spacing w:after="0"/>
            </w:pPr>
            <w:r>
              <w:rPr>
                <w:sz w:val="18"/>
              </w:rPr>
              <w:t>Email / telephone / other</w:t>
            </w:r>
          </w:p>
        </w:tc>
      </w:tr>
    </w:tbl>
    <w:p w14:paraId="1B21F22A" w14:textId="77777777" w:rsidR="002F5383" w:rsidRDefault="00000000">
      <w:pPr>
        <w:pStyle w:val="Heading1"/>
        <w:spacing w:before="100" w:after="80"/>
      </w:pPr>
      <w:r>
        <w:t>2. Eligibility, availability and travel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67FE33D3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054007D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Do you have the right to work in the UK?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1A37CF9" w14:textId="77777777" w:rsidR="002F5383" w:rsidRDefault="00000000">
            <w:pPr>
              <w:spacing w:after="0"/>
            </w:pPr>
            <w:r>
              <w:rPr>
                <w:sz w:val="17"/>
              </w:rPr>
              <w:t>Yes ☐    No ☐</w:t>
            </w:r>
          </w:p>
        </w:tc>
      </w:tr>
      <w:tr w:rsidR="002F5383" w14:paraId="112CBF67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E1705F0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Earliest date you could start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44B8B52" w14:textId="3CD37EDD" w:rsidR="002F5383" w:rsidRDefault="002F5383">
            <w:pPr>
              <w:spacing w:after="0"/>
            </w:pPr>
          </w:p>
        </w:tc>
      </w:tr>
      <w:tr w:rsidR="002F5383" w14:paraId="028BE8A7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B79A92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Can you travel across Greater Glasgow as required for the role?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B1D02C" w14:textId="77777777" w:rsidR="002F5383" w:rsidRDefault="00000000">
            <w:pPr>
              <w:spacing w:after="0"/>
            </w:pPr>
            <w:r>
              <w:rPr>
                <w:sz w:val="17"/>
              </w:rPr>
              <w:t>Yes ☐    No ☐</w:t>
            </w:r>
          </w:p>
        </w:tc>
      </w:tr>
      <w:tr w:rsidR="002F5383" w14:paraId="5515EF98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C68F8C7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Do you have a full driving licence? (desirable, not essential)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1CC747" w14:textId="77777777" w:rsidR="002F5383" w:rsidRDefault="00000000">
            <w:pPr>
              <w:spacing w:after="0"/>
            </w:pPr>
            <w:r>
              <w:rPr>
                <w:sz w:val="17"/>
              </w:rPr>
              <w:t>Yes ☐    No ☐</w:t>
            </w:r>
          </w:p>
        </w:tc>
      </w:tr>
      <w:tr w:rsidR="002F5383" w14:paraId="1B280A19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957D59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Do you have access to transport for work? (desirable, not essential)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F6A516" w14:textId="77777777" w:rsidR="002F5383" w:rsidRDefault="00000000">
            <w:pPr>
              <w:spacing w:after="0"/>
            </w:pPr>
            <w:r>
              <w:rPr>
                <w:sz w:val="17"/>
              </w:rPr>
              <w:t>Yes ☐    No ☐</w:t>
            </w:r>
          </w:p>
        </w:tc>
      </w:tr>
    </w:tbl>
    <w:p w14:paraId="6A181109" w14:textId="77777777" w:rsidR="002F5383" w:rsidRDefault="00000000">
      <w:pPr>
        <w:spacing w:before="40" w:after="20"/>
      </w:pPr>
      <w:r>
        <w:t>If helpful, briefly explain how you would meet the travel requirements of the role: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438FA0DD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85269B3" w14:textId="64E3C276" w:rsidR="002F5383" w:rsidRDefault="002F5383">
            <w:pPr>
              <w:spacing w:after="0"/>
            </w:pPr>
          </w:p>
          <w:p w14:paraId="1190437F" w14:textId="77777777" w:rsidR="002F5383" w:rsidRDefault="002F5383">
            <w:pPr>
              <w:spacing w:after="0"/>
            </w:pPr>
          </w:p>
          <w:p w14:paraId="75BE3078" w14:textId="77777777" w:rsidR="006F5BA8" w:rsidRDefault="006F5BA8">
            <w:pPr>
              <w:spacing w:after="0"/>
            </w:pPr>
          </w:p>
          <w:p w14:paraId="39896D68" w14:textId="77777777" w:rsidR="006F5BA8" w:rsidRDefault="006F5BA8">
            <w:pPr>
              <w:spacing w:after="0"/>
            </w:pPr>
          </w:p>
          <w:p w14:paraId="22A029F2" w14:textId="77777777" w:rsidR="006F5BA8" w:rsidRDefault="006F5BA8">
            <w:pPr>
              <w:spacing w:after="0"/>
            </w:pPr>
          </w:p>
          <w:p w14:paraId="4616142E" w14:textId="77777777" w:rsidR="006F5BA8" w:rsidRDefault="006F5BA8">
            <w:pPr>
              <w:spacing w:after="0"/>
            </w:pPr>
          </w:p>
          <w:p w14:paraId="2081A28D" w14:textId="77777777" w:rsidR="006F5BA8" w:rsidRDefault="006F5BA8">
            <w:pPr>
              <w:spacing w:after="0"/>
            </w:pPr>
          </w:p>
          <w:p w14:paraId="16908094" w14:textId="77777777" w:rsidR="006F5BA8" w:rsidRDefault="006F5BA8">
            <w:pPr>
              <w:spacing w:after="0"/>
            </w:pPr>
          </w:p>
          <w:p w14:paraId="0BC5C60F" w14:textId="77777777" w:rsidR="006F5BA8" w:rsidRDefault="006F5BA8">
            <w:pPr>
              <w:spacing w:after="0"/>
            </w:pPr>
          </w:p>
          <w:p w14:paraId="2384EFD3" w14:textId="77777777" w:rsidR="006F5BA8" w:rsidRDefault="006F5BA8">
            <w:pPr>
              <w:spacing w:after="0"/>
            </w:pPr>
          </w:p>
          <w:p w14:paraId="4CADD34A" w14:textId="77777777" w:rsidR="006F5BA8" w:rsidRDefault="006F5BA8">
            <w:pPr>
              <w:spacing w:after="0"/>
            </w:pPr>
          </w:p>
        </w:tc>
      </w:tr>
    </w:tbl>
    <w:p w14:paraId="781B1619" w14:textId="77777777" w:rsidR="002F5383" w:rsidRDefault="00000000">
      <w:pPr>
        <w:pStyle w:val="Heading1"/>
        <w:pageBreakBefore/>
        <w:spacing w:before="100" w:after="80"/>
      </w:pPr>
      <w:r>
        <w:lastRenderedPageBreak/>
        <w:t>3. Relevant education and training</w:t>
      </w:r>
    </w:p>
    <w:p w14:paraId="422BB8CA" w14:textId="2D637C1F" w:rsidR="002F5383" w:rsidRDefault="002F5383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2F5383" w14:paraId="7E22F691" w14:textId="77777777">
        <w:trPr>
          <w:cantSplit/>
          <w:tblHeader/>
          <w:jc w:val="center"/>
        </w:trPr>
        <w:tc>
          <w:tcPr>
            <w:tcW w:w="2606" w:type="dxa"/>
            <w:shd w:val="clear" w:color="auto" w:fill="D7E5E5"/>
            <w:tcMar>
              <w:top w:w="70" w:type="dxa"/>
              <w:left w:w="95" w:type="dxa"/>
              <w:bottom w:w="70" w:type="dxa"/>
              <w:right w:w="95" w:type="dxa"/>
            </w:tcMar>
          </w:tcPr>
          <w:p w14:paraId="225CF307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Qualification / course</w:t>
            </w:r>
          </w:p>
        </w:tc>
        <w:tc>
          <w:tcPr>
            <w:tcW w:w="2606" w:type="dxa"/>
            <w:shd w:val="clear" w:color="auto" w:fill="D7E5E5"/>
            <w:tcMar>
              <w:top w:w="70" w:type="dxa"/>
              <w:left w:w="95" w:type="dxa"/>
              <w:bottom w:w="70" w:type="dxa"/>
              <w:right w:w="95" w:type="dxa"/>
            </w:tcMar>
          </w:tcPr>
          <w:p w14:paraId="62E41E9F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Provider</w:t>
            </w:r>
          </w:p>
        </w:tc>
        <w:tc>
          <w:tcPr>
            <w:tcW w:w="2606" w:type="dxa"/>
            <w:shd w:val="clear" w:color="auto" w:fill="D7E5E5"/>
            <w:tcMar>
              <w:top w:w="70" w:type="dxa"/>
              <w:left w:w="95" w:type="dxa"/>
              <w:bottom w:w="70" w:type="dxa"/>
              <w:right w:w="95" w:type="dxa"/>
            </w:tcMar>
          </w:tcPr>
          <w:p w14:paraId="647793C0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Date</w:t>
            </w:r>
          </w:p>
        </w:tc>
        <w:tc>
          <w:tcPr>
            <w:tcW w:w="2606" w:type="dxa"/>
            <w:shd w:val="clear" w:color="auto" w:fill="D7E5E5"/>
            <w:tcMar>
              <w:top w:w="70" w:type="dxa"/>
              <w:left w:w="95" w:type="dxa"/>
              <w:bottom w:w="70" w:type="dxa"/>
              <w:right w:w="95" w:type="dxa"/>
            </w:tcMar>
          </w:tcPr>
          <w:p w14:paraId="5A6C0C5B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Result / status</w:t>
            </w:r>
          </w:p>
        </w:tc>
      </w:tr>
      <w:tr w:rsidR="002F5383" w14:paraId="12098909" w14:textId="77777777">
        <w:trPr>
          <w:cantSplit/>
          <w:jc w:val="center"/>
        </w:trPr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1E5A0E04" w14:textId="29239342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7FD8744F" w14:textId="3472D455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2DF2F821" w14:textId="684664F2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5D25E686" w14:textId="31D08DC4" w:rsidR="002F5383" w:rsidRDefault="002F5383">
            <w:pPr>
              <w:spacing w:after="0"/>
            </w:pPr>
          </w:p>
        </w:tc>
      </w:tr>
      <w:tr w:rsidR="002F5383" w14:paraId="29B46D62" w14:textId="77777777">
        <w:trPr>
          <w:cantSplit/>
          <w:jc w:val="center"/>
        </w:trPr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12DAD665" w14:textId="30290A0F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705F960A" w14:textId="6D51CC4F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1E0BE410" w14:textId="1920B49B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4938F8FA" w14:textId="7940C774" w:rsidR="002F5383" w:rsidRDefault="002F5383">
            <w:pPr>
              <w:spacing w:after="0"/>
            </w:pPr>
          </w:p>
        </w:tc>
      </w:tr>
      <w:tr w:rsidR="002F5383" w14:paraId="53456C91" w14:textId="77777777">
        <w:trPr>
          <w:cantSplit/>
          <w:jc w:val="center"/>
        </w:trPr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09D504EC" w14:textId="4A2DD92F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4C2A8DAD" w14:textId="254F3911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178A0BAE" w14:textId="79A4AAE6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25EEBFEB" w14:textId="63F88B8A" w:rsidR="002F5383" w:rsidRDefault="002F5383">
            <w:pPr>
              <w:spacing w:after="0"/>
            </w:pPr>
          </w:p>
        </w:tc>
      </w:tr>
      <w:tr w:rsidR="002F5383" w14:paraId="4FF58A8A" w14:textId="77777777">
        <w:trPr>
          <w:cantSplit/>
          <w:jc w:val="center"/>
        </w:trPr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2962DA7B" w14:textId="635E5666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5064786D" w14:textId="6AE93612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396CBBF9" w14:textId="001E043B" w:rsidR="002F5383" w:rsidRDefault="002F5383">
            <w:pPr>
              <w:spacing w:after="0"/>
            </w:pPr>
          </w:p>
        </w:tc>
        <w:tc>
          <w:tcPr>
            <w:tcW w:w="2606" w:type="dxa"/>
            <w:tcMar>
              <w:top w:w="75" w:type="dxa"/>
              <w:left w:w="95" w:type="dxa"/>
              <w:bottom w:w="110" w:type="dxa"/>
              <w:right w:w="95" w:type="dxa"/>
            </w:tcMar>
          </w:tcPr>
          <w:p w14:paraId="1B741926" w14:textId="483D8934" w:rsidR="002F5383" w:rsidRDefault="002F5383">
            <w:pPr>
              <w:spacing w:after="0"/>
            </w:pPr>
          </w:p>
        </w:tc>
      </w:tr>
    </w:tbl>
    <w:p w14:paraId="19D0B1C4" w14:textId="77777777" w:rsidR="002F5383" w:rsidRDefault="00000000">
      <w:pPr>
        <w:pStyle w:val="Heading1"/>
        <w:spacing w:before="100" w:after="80"/>
      </w:pPr>
      <w:r>
        <w:t>4. Employment, volunteering and community experience</w:t>
      </w:r>
    </w:p>
    <w:p w14:paraId="764079AD" w14:textId="682BE815" w:rsidR="002F5383" w:rsidRDefault="002F5383"/>
    <w:p w14:paraId="2288DB02" w14:textId="77777777" w:rsidR="002F5383" w:rsidRDefault="00000000">
      <w:pPr>
        <w:pStyle w:val="Heading2"/>
        <w:spacing w:before="80" w:after="40"/>
      </w:pPr>
      <w:r>
        <w:t>Experience 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186BC4B0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46AA9F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Organisation / setting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D0CA03A" w14:textId="11D32D67" w:rsidR="002F5383" w:rsidRDefault="002F5383">
            <w:pPr>
              <w:spacing w:after="0"/>
            </w:pPr>
          </w:p>
        </w:tc>
      </w:tr>
      <w:tr w:rsidR="002F5383" w14:paraId="14AAC9F2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96551E6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Role / capacity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F03ED13" w14:textId="6AC8059D" w:rsidR="002F5383" w:rsidRDefault="002F5383">
            <w:pPr>
              <w:spacing w:after="0"/>
            </w:pPr>
          </w:p>
        </w:tc>
      </w:tr>
      <w:tr w:rsidR="002F5383" w14:paraId="33222185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120CCC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Dates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81DDAE" w14:textId="49282E66" w:rsidR="002F5383" w:rsidRDefault="002F5383">
            <w:pPr>
              <w:spacing w:after="0"/>
            </w:pPr>
          </w:p>
        </w:tc>
      </w:tr>
      <w:tr w:rsidR="002F5383" w14:paraId="311B9A4C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F6CC5D5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Main responsibilities / relevant experience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AEE400A" w14:textId="07F87A18" w:rsidR="002F5383" w:rsidRDefault="002F5383">
            <w:pPr>
              <w:spacing w:after="0"/>
            </w:pPr>
          </w:p>
        </w:tc>
      </w:tr>
    </w:tbl>
    <w:p w14:paraId="0AFB2736" w14:textId="77777777" w:rsidR="002F5383" w:rsidRDefault="00000000">
      <w:pPr>
        <w:pStyle w:val="Heading2"/>
        <w:spacing w:before="80" w:after="40"/>
      </w:pPr>
      <w:r>
        <w:t>Experience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5F258A8A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01BEEAC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Organisation / setting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A03532" w14:textId="1D9A8E84" w:rsidR="002F5383" w:rsidRDefault="002F5383">
            <w:pPr>
              <w:spacing w:after="0"/>
            </w:pPr>
          </w:p>
        </w:tc>
      </w:tr>
      <w:tr w:rsidR="002F5383" w14:paraId="3CBC897C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40C5FF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Role / capacity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F896C3" w14:textId="00C3DD1F" w:rsidR="002F5383" w:rsidRDefault="002F5383">
            <w:pPr>
              <w:spacing w:after="0"/>
            </w:pPr>
          </w:p>
        </w:tc>
      </w:tr>
      <w:tr w:rsidR="002F5383" w14:paraId="01AFEB8A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7F3414D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Dates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A1CE5FD" w14:textId="5F5ECECB" w:rsidR="002F5383" w:rsidRDefault="002F5383">
            <w:pPr>
              <w:spacing w:after="0"/>
            </w:pPr>
          </w:p>
        </w:tc>
      </w:tr>
      <w:tr w:rsidR="002F5383" w14:paraId="7A689169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EBAB54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Main responsibilities / relevant experience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0189712" w14:textId="0D0356F4" w:rsidR="002F5383" w:rsidRDefault="002F5383">
            <w:pPr>
              <w:spacing w:after="0"/>
            </w:pPr>
          </w:p>
        </w:tc>
      </w:tr>
    </w:tbl>
    <w:p w14:paraId="189F5D5C" w14:textId="77777777" w:rsidR="002F5383" w:rsidRDefault="00000000">
      <w:pPr>
        <w:pStyle w:val="Heading2"/>
        <w:spacing w:before="80" w:after="40"/>
      </w:pPr>
      <w:r>
        <w:t>Experience 3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3A871BCA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CD61C6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Organisation / setting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2CAA1E" w14:textId="4F6C4EE4" w:rsidR="002F5383" w:rsidRDefault="002F5383">
            <w:pPr>
              <w:spacing w:after="0"/>
            </w:pPr>
          </w:p>
        </w:tc>
      </w:tr>
      <w:tr w:rsidR="002F5383" w14:paraId="1BA7CC35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C41D485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Role / capacity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482DEBD" w14:textId="2BF8371C" w:rsidR="002F5383" w:rsidRDefault="002F5383">
            <w:pPr>
              <w:spacing w:after="0"/>
            </w:pPr>
          </w:p>
        </w:tc>
      </w:tr>
      <w:tr w:rsidR="002F5383" w14:paraId="675E0711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F51D50A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Dates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166948F" w14:textId="41DD1512" w:rsidR="002F5383" w:rsidRDefault="002F5383">
            <w:pPr>
              <w:spacing w:after="0"/>
            </w:pPr>
          </w:p>
        </w:tc>
      </w:tr>
      <w:tr w:rsidR="002F5383" w14:paraId="33EF89C6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41FE34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Main responsibilities / relevant experience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7C1E15E" w14:textId="24AE092B" w:rsidR="002F5383" w:rsidRDefault="002F5383">
            <w:pPr>
              <w:spacing w:after="0"/>
            </w:pPr>
          </w:p>
        </w:tc>
      </w:tr>
    </w:tbl>
    <w:p w14:paraId="1C36BFE9" w14:textId="08854761" w:rsidR="002F5383" w:rsidRDefault="00000000" w:rsidP="00DD5703">
      <w:pPr>
        <w:pStyle w:val="Heading1"/>
        <w:pageBreakBefore/>
        <w:spacing w:before="100" w:after="80"/>
      </w:pPr>
      <w:r>
        <w:lastRenderedPageBreak/>
        <w:t>5. Application questions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206EECD3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6D053D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1. Why are you interested in this role and in working with Hwupenyu Health &amp; Wellbeing Project?</w:t>
            </w:r>
          </w:p>
        </w:tc>
      </w:tr>
    </w:tbl>
    <w:p w14:paraId="5A801146" w14:textId="5A6CA022" w:rsidR="002F5383" w:rsidRDefault="002F5383">
      <w:pPr>
        <w:spacing w:before="60"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7B80BB40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E23943A" w14:textId="556462D9" w:rsidR="002F5383" w:rsidRDefault="002F5383">
            <w:pPr>
              <w:spacing w:after="0"/>
            </w:pPr>
          </w:p>
          <w:p w14:paraId="35FA6131" w14:textId="77777777" w:rsidR="002F5383" w:rsidRDefault="002F5383">
            <w:pPr>
              <w:spacing w:after="0"/>
            </w:pPr>
          </w:p>
          <w:p w14:paraId="616F72D6" w14:textId="77777777" w:rsidR="002F5383" w:rsidRDefault="002F5383">
            <w:pPr>
              <w:spacing w:after="0"/>
            </w:pPr>
          </w:p>
          <w:p w14:paraId="4BFECB30" w14:textId="77777777" w:rsidR="00A14178" w:rsidRDefault="00A14178">
            <w:pPr>
              <w:spacing w:after="0"/>
            </w:pPr>
          </w:p>
          <w:p w14:paraId="2A29B238" w14:textId="77777777" w:rsidR="00A14178" w:rsidRDefault="00A14178">
            <w:pPr>
              <w:spacing w:after="0"/>
            </w:pPr>
          </w:p>
          <w:p w14:paraId="4A70E162" w14:textId="77777777" w:rsidR="00A14178" w:rsidRDefault="00A14178">
            <w:pPr>
              <w:spacing w:after="0"/>
            </w:pPr>
          </w:p>
          <w:p w14:paraId="3351A1CB" w14:textId="77777777" w:rsidR="00A14178" w:rsidRDefault="00A14178">
            <w:pPr>
              <w:spacing w:after="0"/>
            </w:pPr>
          </w:p>
          <w:p w14:paraId="0FB83816" w14:textId="77777777" w:rsidR="00A14178" w:rsidRDefault="00A14178">
            <w:pPr>
              <w:spacing w:after="0"/>
            </w:pPr>
          </w:p>
          <w:p w14:paraId="735F4A42" w14:textId="77777777" w:rsidR="00A14178" w:rsidRDefault="00A14178">
            <w:pPr>
              <w:spacing w:after="0"/>
            </w:pPr>
          </w:p>
          <w:p w14:paraId="7E11600F" w14:textId="77777777" w:rsidR="00A14178" w:rsidRDefault="00A14178">
            <w:pPr>
              <w:spacing w:after="0"/>
            </w:pPr>
          </w:p>
          <w:p w14:paraId="1FC81B49" w14:textId="77777777" w:rsidR="00A14178" w:rsidRDefault="00A14178">
            <w:pPr>
              <w:spacing w:after="0"/>
            </w:pPr>
          </w:p>
          <w:p w14:paraId="4D09CFA6" w14:textId="77777777" w:rsidR="00A14178" w:rsidRDefault="00A14178">
            <w:pPr>
              <w:spacing w:after="0"/>
            </w:pPr>
          </w:p>
          <w:p w14:paraId="3E0EA8EC" w14:textId="77777777" w:rsidR="00A14178" w:rsidRDefault="00A14178">
            <w:pPr>
              <w:spacing w:after="0"/>
            </w:pPr>
          </w:p>
          <w:p w14:paraId="0788BA02" w14:textId="77777777" w:rsidR="00A14178" w:rsidRDefault="00A14178">
            <w:pPr>
              <w:spacing w:after="0"/>
            </w:pPr>
          </w:p>
          <w:p w14:paraId="000654B8" w14:textId="77777777" w:rsidR="00A14178" w:rsidRDefault="00A14178">
            <w:pPr>
              <w:spacing w:after="0"/>
            </w:pPr>
          </w:p>
          <w:p w14:paraId="0B955403" w14:textId="77777777" w:rsidR="002F5383" w:rsidRDefault="002F5383">
            <w:pPr>
              <w:spacing w:after="0"/>
            </w:pPr>
          </w:p>
          <w:p w14:paraId="7AC4A983" w14:textId="77777777" w:rsidR="002F5383" w:rsidRDefault="002F5383">
            <w:pPr>
              <w:spacing w:after="0"/>
            </w:pPr>
          </w:p>
          <w:p w14:paraId="65A81028" w14:textId="77777777" w:rsidR="002F5383" w:rsidRDefault="002F5383">
            <w:pPr>
              <w:spacing w:after="0"/>
            </w:pPr>
          </w:p>
        </w:tc>
      </w:tr>
    </w:tbl>
    <w:p w14:paraId="149C7599" w14:textId="77777777" w:rsidR="002F5383" w:rsidRDefault="002F5383">
      <w:pPr>
        <w:spacing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3CAC704B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581F0F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2. Please tell us about your skills, knowledge and experience that make you suitable for this role.</w:t>
            </w:r>
          </w:p>
        </w:tc>
      </w:tr>
    </w:tbl>
    <w:p w14:paraId="5DB3A1DE" w14:textId="1E84BE92" w:rsidR="002F5383" w:rsidRDefault="002F5383" w:rsidP="00DD5703">
      <w:pPr>
        <w:spacing w:before="60"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25DC023C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F55A7B3" w14:textId="2A5239C1" w:rsidR="002F5383" w:rsidRDefault="002F5383">
            <w:pPr>
              <w:spacing w:after="0"/>
            </w:pPr>
          </w:p>
          <w:p w14:paraId="240F6701" w14:textId="77777777" w:rsidR="002F5383" w:rsidRDefault="002F5383">
            <w:pPr>
              <w:spacing w:after="0"/>
            </w:pPr>
          </w:p>
          <w:p w14:paraId="7DEF5731" w14:textId="77777777" w:rsidR="002F5383" w:rsidRDefault="002F5383">
            <w:pPr>
              <w:spacing w:after="0"/>
            </w:pPr>
          </w:p>
          <w:p w14:paraId="61F0FE17" w14:textId="77777777" w:rsidR="002F5383" w:rsidRDefault="002F5383">
            <w:pPr>
              <w:spacing w:after="0"/>
            </w:pPr>
          </w:p>
          <w:p w14:paraId="7550ABF8" w14:textId="77777777" w:rsidR="002F5383" w:rsidRDefault="002F5383">
            <w:pPr>
              <w:spacing w:after="0"/>
            </w:pPr>
          </w:p>
          <w:p w14:paraId="32E22D59" w14:textId="77777777" w:rsidR="002F5383" w:rsidRDefault="002F5383">
            <w:pPr>
              <w:spacing w:after="0"/>
            </w:pPr>
          </w:p>
          <w:p w14:paraId="55FF1056" w14:textId="77777777" w:rsidR="00A14178" w:rsidRDefault="00A14178">
            <w:pPr>
              <w:spacing w:after="0"/>
            </w:pPr>
          </w:p>
          <w:p w14:paraId="0CFDA89A" w14:textId="77777777" w:rsidR="00A14178" w:rsidRDefault="00A14178">
            <w:pPr>
              <w:spacing w:after="0"/>
            </w:pPr>
          </w:p>
          <w:p w14:paraId="16E59343" w14:textId="77777777" w:rsidR="00A14178" w:rsidRDefault="00A14178">
            <w:pPr>
              <w:spacing w:after="0"/>
            </w:pPr>
          </w:p>
          <w:p w14:paraId="79DF1997" w14:textId="77777777" w:rsidR="00A14178" w:rsidRDefault="00A14178">
            <w:pPr>
              <w:spacing w:after="0"/>
            </w:pPr>
          </w:p>
          <w:p w14:paraId="4DE7F92F" w14:textId="77777777" w:rsidR="00A14178" w:rsidRDefault="00A14178">
            <w:pPr>
              <w:spacing w:after="0"/>
            </w:pPr>
          </w:p>
          <w:p w14:paraId="1C7DDD8F" w14:textId="77777777" w:rsidR="00A14178" w:rsidRDefault="00A14178">
            <w:pPr>
              <w:spacing w:after="0"/>
            </w:pPr>
          </w:p>
          <w:p w14:paraId="370E1621" w14:textId="77777777" w:rsidR="00A14178" w:rsidRDefault="00A14178">
            <w:pPr>
              <w:spacing w:after="0"/>
            </w:pPr>
          </w:p>
          <w:p w14:paraId="1F96D5BE" w14:textId="77777777" w:rsidR="00A14178" w:rsidRDefault="00A14178">
            <w:pPr>
              <w:spacing w:after="0"/>
            </w:pPr>
          </w:p>
          <w:p w14:paraId="29903612" w14:textId="77777777" w:rsidR="00A14178" w:rsidRDefault="00A14178">
            <w:pPr>
              <w:spacing w:after="0"/>
            </w:pPr>
          </w:p>
          <w:p w14:paraId="1F4343B6" w14:textId="77777777" w:rsidR="00A14178" w:rsidRDefault="00A14178">
            <w:pPr>
              <w:spacing w:after="0"/>
            </w:pPr>
          </w:p>
          <w:p w14:paraId="1A21DAAB" w14:textId="77777777" w:rsidR="00A14178" w:rsidRDefault="00A14178">
            <w:pPr>
              <w:spacing w:after="0"/>
            </w:pPr>
          </w:p>
          <w:p w14:paraId="51E504DF" w14:textId="77777777" w:rsidR="00A14178" w:rsidRDefault="00A14178">
            <w:pPr>
              <w:spacing w:after="0"/>
            </w:pPr>
          </w:p>
          <w:p w14:paraId="38EBF16F" w14:textId="77777777" w:rsidR="00A14178" w:rsidRDefault="00A14178">
            <w:pPr>
              <w:spacing w:after="0"/>
            </w:pPr>
          </w:p>
          <w:p w14:paraId="676F318E" w14:textId="77777777" w:rsidR="006F5BA8" w:rsidRDefault="006F5BA8">
            <w:pPr>
              <w:spacing w:after="0"/>
            </w:pPr>
          </w:p>
          <w:p w14:paraId="663F421C" w14:textId="77777777" w:rsidR="006F5BA8" w:rsidRDefault="006F5BA8">
            <w:pPr>
              <w:spacing w:after="0"/>
            </w:pPr>
          </w:p>
          <w:p w14:paraId="33E3D650" w14:textId="77777777" w:rsidR="006F5BA8" w:rsidRDefault="006F5BA8">
            <w:pPr>
              <w:spacing w:after="0"/>
            </w:pPr>
          </w:p>
          <w:p w14:paraId="3C259E45" w14:textId="77777777" w:rsidR="006F5BA8" w:rsidRDefault="006F5BA8">
            <w:pPr>
              <w:spacing w:after="0"/>
            </w:pPr>
          </w:p>
          <w:p w14:paraId="41AF3933" w14:textId="77777777" w:rsidR="006F5BA8" w:rsidRDefault="006F5BA8">
            <w:pPr>
              <w:spacing w:after="0"/>
            </w:pPr>
          </w:p>
          <w:p w14:paraId="727C33BB" w14:textId="77777777" w:rsidR="006F5BA8" w:rsidRDefault="006F5BA8">
            <w:pPr>
              <w:spacing w:after="0"/>
            </w:pPr>
          </w:p>
          <w:p w14:paraId="03CEFF6C" w14:textId="77777777" w:rsidR="00A14178" w:rsidRDefault="00A14178">
            <w:pPr>
              <w:spacing w:after="0"/>
            </w:pPr>
          </w:p>
          <w:p w14:paraId="29F28AAC" w14:textId="77777777" w:rsidR="002F5383" w:rsidRDefault="002F5383">
            <w:pPr>
              <w:spacing w:after="0"/>
            </w:pPr>
          </w:p>
          <w:p w14:paraId="58BEAC12" w14:textId="77777777" w:rsidR="002F5383" w:rsidRDefault="002F5383">
            <w:pPr>
              <w:spacing w:after="0"/>
            </w:pPr>
          </w:p>
        </w:tc>
      </w:tr>
    </w:tbl>
    <w:p w14:paraId="044E8D85" w14:textId="77777777" w:rsidR="002F5383" w:rsidRDefault="002F5383">
      <w:pPr>
        <w:spacing w:after="20"/>
      </w:pPr>
    </w:p>
    <w:p w14:paraId="5497D300" w14:textId="5CEE3627" w:rsidR="002F5383" w:rsidRDefault="002F5383">
      <w:pPr>
        <w:pStyle w:val="Heading1"/>
        <w:pageBreakBefore/>
        <w:spacing w:before="100"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457130A2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867CDE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3. Please give an example of a time when you helped someone, or a group of people, access support, services or opportunities.</w:t>
            </w:r>
          </w:p>
        </w:tc>
      </w:tr>
    </w:tbl>
    <w:p w14:paraId="110B850F" w14:textId="4D698FD0" w:rsidR="002F5383" w:rsidRDefault="002F5383" w:rsidP="00DD5703">
      <w:pPr>
        <w:spacing w:before="60"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1CDE5475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1FC4B1F" w14:textId="68EF9424" w:rsidR="002F5383" w:rsidRDefault="002F5383">
            <w:pPr>
              <w:spacing w:after="0"/>
            </w:pPr>
          </w:p>
          <w:p w14:paraId="46DAA05B" w14:textId="77777777" w:rsidR="002F5383" w:rsidRDefault="002F5383">
            <w:pPr>
              <w:spacing w:after="0"/>
            </w:pPr>
          </w:p>
          <w:p w14:paraId="4C469076" w14:textId="77777777" w:rsidR="002F5383" w:rsidRDefault="002F5383">
            <w:pPr>
              <w:spacing w:after="0"/>
            </w:pPr>
          </w:p>
          <w:p w14:paraId="4A20E1B3" w14:textId="77777777" w:rsidR="002F5383" w:rsidRDefault="002F5383">
            <w:pPr>
              <w:spacing w:after="0"/>
            </w:pPr>
          </w:p>
          <w:p w14:paraId="6A7F59E8" w14:textId="77777777" w:rsidR="002F5383" w:rsidRDefault="002F5383">
            <w:pPr>
              <w:spacing w:after="0"/>
            </w:pPr>
          </w:p>
          <w:p w14:paraId="32A8F6DE" w14:textId="77777777" w:rsidR="002F5383" w:rsidRDefault="002F5383">
            <w:pPr>
              <w:spacing w:after="0"/>
            </w:pPr>
          </w:p>
          <w:p w14:paraId="510BF299" w14:textId="77777777" w:rsidR="00A14178" w:rsidRDefault="00A14178">
            <w:pPr>
              <w:spacing w:after="0"/>
            </w:pPr>
          </w:p>
          <w:p w14:paraId="4A8970A5" w14:textId="77777777" w:rsidR="00A14178" w:rsidRDefault="00A14178">
            <w:pPr>
              <w:spacing w:after="0"/>
            </w:pPr>
          </w:p>
          <w:p w14:paraId="1AF3ED8B" w14:textId="77777777" w:rsidR="00A14178" w:rsidRDefault="00A14178">
            <w:pPr>
              <w:spacing w:after="0"/>
            </w:pPr>
          </w:p>
          <w:p w14:paraId="0615BD89" w14:textId="77777777" w:rsidR="00A14178" w:rsidRDefault="00A14178">
            <w:pPr>
              <w:spacing w:after="0"/>
            </w:pPr>
          </w:p>
          <w:p w14:paraId="392691D9" w14:textId="77777777" w:rsidR="00A14178" w:rsidRDefault="00A14178">
            <w:pPr>
              <w:spacing w:after="0"/>
            </w:pPr>
          </w:p>
          <w:p w14:paraId="3BEDCE0C" w14:textId="77777777" w:rsidR="00A14178" w:rsidRDefault="00A14178">
            <w:pPr>
              <w:spacing w:after="0"/>
            </w:pPr>
          </w:p>
          <w:p w14:paraId="6CDA6211" w14:textId="77777777" w:rsidR="00A14178" w:rsidRDefault="00A14178">
            <w:pPr>
              <w:spacing w:after="0"/>
            </w:pPr>
          </w:p>
          <w:p w14:paraId="0DAAD0F4" w14:textId="77777777" w:rsidR="00A14178" w:rsidRDefault="00A14178">
            <w:pPr>
              <w:spacing w:after="0"/>
            </w:pPr>
          </w:p>
          <w:p w14:paraId="522F7AE8" w14:textId="77777777" w:rsidR="00A14178" w:rsidRDefault="00A14178">
            <w:pPr>
              <w:spacing w:after="0"/>
            </w:pPr>
          </w:p>
          <w:p w14:paraId="28A0561F" w14:textId="77777777" w:rsidR="00A14178" w:rsidRDefault="00A14178">
            <w:pPr>
              <w:spacing w:after="0"/>
            </w:pPr>
          </w:p>
          <w:p w14:paraId="78C9F591" w14:textId="77777777" w:rsidR="00A14178" w:rsidRDefault="00A14178">
            <w:pPr>
              <w:spacing w:after="0"/>
            </w:pPr>
          </w:p>
          <w:p w14:paraId="17137778" w14:textId="77777777" w:rsidR="002F5383" w:rsidRDefault="002F5383">
            <w:pPr>
              <w:spacing w:after="0"/>
            </w:pPr>
          </w:p>
          <w:p w14:paraId="60DB01BF" w14:textId="77777777" w:rsidR="002F5383" w:rsidRDefault="002F5383">
            <w:pPr>
              <w:spacing w:after="0"/>
            </w:pPr>
          </w:p>
          <w:p w14:paraId="4CDEDD58" w14:textId="77777777" w:rsidR="002F5383" w:rsidRDefault="002F5383">
            <w:pPr>
              <w:spacing w:after="0"/>
            </w:pPr>
          </w:p>
        </w:tc>
      </w:tr>
    </w:tbl>
    <w:p w14:paraId="185ADE07" w14:textId="77777777" w:rsidR="002F5383" w:rsidRDefault="002F5383">
      <w:pPr>
        <w:spacing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5462761A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047DFE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4. Please give an example of a time when you worked with another organisation or service to achieve a positive outcome.</w:t>
            </w:r>
          </w:p>
        </w:tc>
      </w:tr>
    </w:tbl>
    <w:p w14:paraId="2BF2CEC5" w14:textId="429113D0" w:rsidR="002F5383" w:rsidRDefault="002F5383" w:rsidP="00DD5703">
      <w:pPr>
        <w:spacing w:before="60"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383148EB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1CF32DEA" w14:textId="67D0B5AF" w:rsidR="002F5383" w:rsidRDefault="002F5383">
            <w:pPr>
              <w:spacing w:after="0"/>
            </w:pPr>
          </w:p>
          <w:p w14:paraId="38353563" w14:textId="77777777" w:rsidR="002F5383" w:rsidRDefault="002F5383">
            <w:pPr>
              <w:spacing w:after="0"/>
            </w:pPr>
          </w:p>
          <w:p w14:paraId="6C4DE676" w14:textId="77777777" w:rsidR="002F5383" w:rsidRDefault="002F5383">
            <w:pPr>
              <w:spacing w:after="0"/>
            </w:pPr>
          </w:p>
          <w:p w14:paraId="038F325C" w14:textId="77777777" w:rsidR="002F5383" w:rsidRDefault="002F5383">
            <w:pPr>
              <w:spacing w:after="0"/>
            </w:pPr>
          </w:p>
          <w:p w14:paraId="278B9FB5" w14:textId="77777777" w:rsidR="002F5383" w:rsidRDefault="002F5383">
            <w:pPr>
              <w:spacing w:after="0"/>
            </w:pPr>
          </w:p>
          <w:p w14:paraId="25E4AFF5" w14:textId="77777777" w:rsidR="002F5383" w:rsidRDefault="002F5383">
            <w:pPr>
              <w:spacing w:after="0"/>
            </w:pPr>
          </w:p>
          <w:p w14:paraId="56C3FBF9" w14:textId="77777777" w:rsidR="00A14178" w:rsidRDefault="00A14178">
            <w:pPr>
              <w:spacing w:after="0"/>
            </w:pPr>
          </w:p>
          <w:p w14:paraId="06CA671C" w14:textId="77777777" w:rsidR="00A14178" w:rsidRDefault="00A14178">
            <w:pPr>
              <w:spacing w:after="0"/>
            </w:pPr>
          </w:p>
          <w:p w14:paraId="0CE9913E" w14:textId="77777777" w:rsidR="00A14178" w:rsidRDefault="00A14178">
            <w:pPr>
              <w:spacing w:after="0"/>
            </w:pPr>
          </w:p>
          <w:p w14:paraId="763F86EA" w14:textId="77777777" w:rsidR="00A14178" w:rsidRDefault="00A14178">
            <w:pPr>
              <w:spacing w:after="0"/>
            </w:pPr>
          </w:p>
          <w:p w14:paraId="52D16F8A" w14:textId="77777777" w:rsidR="00A14178" w:rsidRDefault="00A14178">
            <w:pPr>
              <w:spacing w:after="0"/>
            </w:pPr>
          </w:p>
          <w:p w14:paraId="690C3A43" w14:textId="77777777" w:rsidR="00A14178" w:rsidRDefault="00A14178">
            <w:pPr>
              <w:spacing w:after="0"/>
            </w:pPr>
          </w:p>
          <w:p w14:paraId="228DB305" w14:textId="77777777" w:rsidR="00A14178" w:rsidRDefault="00A14178">
            <w:pPr>
              <w:spacing w:after="0"/>
            </w:pPr>
          </w:p>
          <w:p w14:paraId="3B07CED0" w14:textId="77777777" w:rsidR="00A14178" w:rsidRDefault="00A14178">
            <w:pPr>
              <w:spacing w:after="0"/>
            </w:pPr>
          </w:p>
          <w:p w14:paraId="50C41374" w14:textId="77777777" w:rsidR="00A14178" w:rsidRDefault="00A14178">
            <w:pPr>
              <w:spacing w:after="0"/>
            </w:pPr>
          </w:p>
          <w:p w14:paraId="49A7D757" w14:textId="77777777" w:rsidR="00A14178" w:rsidRDefault="00A14178">
            <w:pPr>
              <w:spacing w:after="0"/>
            </w:pPr>
          </w:p>
          <w:p w14:paraId="72D6EBCA" w14:textId="77777777" w:rsidR="00A14178" w:rsidRDefault="00A14178">
            <w:pPr>
              <w:spacing w:after="0"/>
            </w:pPr>
          </w:p>
          <w:p w14:paraId="10D865EF" w14:textId="77777777" w:rsidR="00A14178" w:rsidRDefault="00A14178">
            <w:pPr>
              <w:spacing w:after="0"/>
            </w:pPr>
          </w:p>
          <w:p w14:paraId="06304381" w14:textId="77777777" w:rsidR="00A14178" w:rsidRDefault="00A14178">
            <w:pPr>
              <w:spacing w:after="0"/>
            </w:pPr>
          </w:p>
          <w:p w14:paraId="2F73D35C" w14:textId="77777777" w:rsidR="00A14178" w:rsidRDefault="00A14178">
            <w:pPr>
              <w:spacing w:after="0"/>
            </w:pPr>
          </w:p>
          <w:p w14:paraId="16CAFF40" w14:textId="77777777" w:rsidR="00A14178" w:rsidRDefault="00A14178">
            <w:pPr>
              <w:spacing w:after="0"/>
            </w:pPr>
          </w:p>
          <w:p w14:paraId="494F82CC" w14:textId="77777777" w:rsidR="00A14178" w:rsidRDefault="00A14178">
            <w:pPr>
              <w:spacing w:after="0"/>
            </w:pPr>
          </w:p>
          <w:p w14:paraId="513F1AA0" w14:textId="77777777" w:rsidR="002F5383" w:rsidRDefault="002F5383">
            <w:pPr>
              <w:spacing w:after="0"/>
            </w:pPr>
          </w:p>
          <w:p w14:paraId="7CED570B" w14:textId="77777777" w:rsidR="002F5383" w:rsidRDefault="002F5383">
            <w:pPr>
              <w:spacing w:after="0"/>
            </w:pPr>
          </w:p>
        </w:tc>
      </w:tr>
    </w:tbl>
    <w:p w14:paraId="55C72607" w14:textId="77777777" w:rsidR="002F5383" w:rsidRDefault="002F5383">
      <w:pPr>
        <w:spacing w:after="20"/>
      </w:pPr>
    </w:p>
    <w:p w14:paraId="540ABF65" w14:textId="4E1F9199" w:rsidR="002F5383" w:rsidRDefault="002F5383">
      <w:pPr>
        <w:pStyle w:val="Heading1"/>
        <w:pageBreakBefore/>
        <w:spacing w:before="100"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0AF555C0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5D7243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5. Hwupenyu works with people from many different backgrounds and cultures. How do you make sure your work is respectful, inclusive and empowering?</w:t>
            </w:r>
          </w:p>
        </w:tc>
      </w:tr>
    </w:tbl>
    <w:p w14:paraId="4A78239C" w14:textId="6EDD1A92" w:rsidR="002F5383" w:rsidRDefault="002F5383" w:rsidP="00DD5703">
      <w:pPr>
        <w:spacing w:before="60"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1AE8EA0A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DFAF16F" w14:textId="36FB2659" w:rsidR="002F5383" w:rsidRDefault="002F5383">
            <w:pPr>
              <w:spacing w:after="0"/>
            </w:pPr>
          </w:p>
          <w:p w14:paraId="1F0D2065" w14:textId="77777777" w:rsidR="002F5383" w:rsidRDefault="002F5383">
            <w:pPr>
              <w:spacing w:after="0"/>
            </w:pPr>
          </w:p>
          <w:p w14:paraId="55A079EA" w14:textId="77777777" w:rsidR="002F5383" w:rsidRDefault="002F5383">
            <w:pPr>
              <w:spacing w:after="0"/>
            </w:pPr>
          </w:p>
          <w:p w14:paraId="0871DAD5" w14:textId="77777777" w:rsidR="002F5383" w:rsidRDefault="002F5383">
            <w:pPr>
              <w:spacing w:after="0"/>
            </w:pPr>
          </w:p>
          <w:p w14:paraId="12E4C22C" w14:textId="77777777" w:rsidR="002F5383" w:rsidRDefault="002F5383">
            <w:pPr>
              <w:spacing w:after="0"/>
            </w:pPr>
          </w:p>
          <w:p w14:paraId="6CF9CC93" w14:textId="77777777" w:rsidR="002F5383" w:rsidRDefault="002F5383">
            <w:pPr>
              <w:spacing w:after="0"/>
            </w:pPr>
          </w:p>
          <w:p w14:paraId="1B7ED945" w14:textId="77777777" w:rsidR="00A14178" w:rsidRDefault="00A14178">
            <w:pPr>
              <w:spacing w:after="0"/>
            </w:pPr>
          </w:p>
          <w:p w14:paraId="03A113F6" w14:textId="77777777" w:rsidR="00A14178" w:rsidRDefault="00A14178">
            <w:pPr>
              <w:spacing w:after="0"/>
            </w:pPr>
          </w:p>
          <w:p w14:paraId="4B35524F" w14:textId="77777777" w:rsidR="00A14178" w:rsidRDefault="00A14178">
            <w:pPr>
              <w:spacing w:after="0"/>
            </w:pPr>
          </w:p>
          <w:p w14:paraId="37B779C0" w14:textId="77777777" w:rsidR="00A14178" w:rsidRDefault="00A14178">
            <w:pPr>
              <w:spacing w:after="0"/>
            </w:pPr>
          </w:p>
          <w:p w14:paraId="214AB603" w14:textId="77777777" w:rsidR="00A14178" w:rsidRDefault="00A14178">
            <w:pPr>
              <w:spacing w:after="0"/>
            </w:pPr>
          </w:p>
          <w:p w14:paraId="7BCA5B5B" w14:textId="77777777" w:rsidR="00A14178" w:rsidRDefault="00A14178">
            <w:pPr>
              <w:spacing w:after="0"/>
            </w:pPr>
          </w:p>
          <w:p w14:paraId="658D747F" w14:textId="77777777" w:rsidR="00A14178" w:rsidRDefault="00A14178">
            <w:pPr>
              <w:spacing w:after="0"/>
            </w:pPr>
          </w:p>
          <w:p w14:paraId="462A2541" w14:textId="77777777" w:rsidR="002F5383" w:rsidRDefault="002F5383">
            <w:pPr>
              <w:spacing w:after="0"/>
            </w:pPr>
          </w:p>
          <w:p w14:paraId="59E40035" w14:textId="77777777" w:rsidR="002F5383" w:rsidRDefault="002F5383">
            <w:pPr>
              <w:spacing w:after="0"/>
            </w:pPr>
          </w:p>
        </w:tc>
      </w:tr>
    </w:tbl>
    <w:p w14:paraId="746753FA" w14:textId="77777777" w:rsidR="002F5383" w:rsidRDefault="002F5383">
      <w:pPr>
        <w:spacing w:after="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124956F7" w14:textId="77777777">
        <w:trPr>
          <w:cantSplit/>
          <w:jc w:val="center"/>
        </w:trPr>
        <w:tc>
          <w:tcPr>
            <w:tcW w:w="10426" w:type="dxa"/>
            <w:shd w:val="clear" w:color="auto" w:fill="D7E5E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0D8F90" w14:textId="77777777" w:rsidR="002F5383" w:rsidRDefault="00000000">
            <w:pPr>
              <w:spacing w:after="0"/>
            </w:pPr>
            <w:r>
              <w:rPr>
                <w:b/>
                <w:sz w:val="21"/>
              </w:rPr>
              <w:t>6. Please describe a time when you demonstrated two or more of Hwupenyu's values in your work, volunteering, or personal life.</w:t>
            </w:r>
          </w:p>
        </w:tc>
      </w:tr>
    </w:tbl>
    <w:p w14:paraId="10C529D5" w14:textId="77777777" w:rsidR="00A87F09" w:rsidRDefault="00A87F09" w:rsidP="00A87F09">
      <w:pPr>
        <w:spacing w:before="40" w:after="40"/>
      </w:pPr>
      <w:r>
        <w:t>Our values are:</w:t>
      </w:r>
    </w:p>
    <w:p w14:paraId="52D97120" w14:textId="57D4C54A" w:rsidR="00A87F09" w:rsidRDefault="00A87F09" w:rsidP="00A87F09">
      <w:pPr>
        <w:spacing w:before="40" w:after="40"/>
      </w:pPr>
      <w:r>
        <w:t>• Culturally sensitive • Trustworthy and confidential • Respectful • Compassionate • Inclusive and accessible</w:t>
      </w:r>
    </w:p>
    <w:p w14:paraId="42EB853A" w14:textId="7AD5B59C" w:rsidR="002F5383" w:rsidRDefault="00A87F09" w:rsidP="00A87F09">
      <w:pPr>
        <w:spacing w:before="40" w:after="40"/>
      </w:pPr>
      <w:r>
        <w:t>• Collaborative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44A04148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6062EC8B" w14:textId="3F834653" w:rsidR="002F5383" w:rsidRDefault="002F5383">
            <w:pPr>
              <w:spacing w:after="0"/>
            </w:pPr>
          </w:p>
          <w:p w14:paraId="4E196E9B" w14:textId="77777777" w:rsidR="002F5383" w:rsidRDefault="002F5383">
            <w:pPr>
              <w:spacing w:after="0"/>
            </w:pPr>
          </w:p>
          <w:p w14:paraId="40B50F8B" w14:textId="77777777" w:rsidR="002F5383" w:rsidRDefault="002F5383">
            <w:pPr>
              <w:spacing w:after="0"/>
            </w:pPr>
          </w:p>
          <w:p w14:paraId="7D221C29" w14:textId="77777777" w:rsidR="002F5383" w:rsidRDefault="002F5383">
            <w:pPr>
              <w:spacing w:after="0"/>
            </w:pPr>
          </w:p>
          <w:p w14:paraId="6B1A1460" w14:textId="77777777" w:rsidR="00A14178" w:rsidRDefault="00A14178">
            <w:pPr>
              <w:spacing w:after="0"/>
            </w:pPr>
          </w:p>
          <w:p w14:paraId="441E739F" w14:textId="77777777" w:rsidR="00A14178" w:rsidRDefault="00A14178">
            <w:pPr>
              <w:spacing w:after="0"/>
            </w:pPr>
          </w:p>
          <w:p w14:paraId="2F07D1B1" w14:textId="77777777" w:rsidR="00A14178" w:rsidRDefault="00A14178">
            <w:pPr>
              <w:spacing w:after="0"/>
            </w:pPr>
          </w:p>
          <w:p w14:paraId="72B9C81E" w14:textId="77777777" w:rsidR="00A14178" w:rsidRDefault="00A14178">
            <w:pPr>
              <w:spacing w:after="0"/>
            </w:pPr>
          </w:p>
          <w:p w14:paraId="7BC95943" w14:textId="77777777" w:rsidR="00A14178" w:rsidRDefault="00A14178">
            <w:pPr>
              <w:spacing w:after="0"/>
            </w:pPr>
          </w:p>
          <w:p w14:paraId="1E073AF7" w14:textId="77777777" w:rsidR="00A14178" w:rsidRDefault="00A14178">
            <w:pPr>
              <w:spacing w:after="0"/>
            </w:pPr>
          </w:p>
          <w:p w14:paraId="0F452B7A" w14:textId="77777777" w:rsidR="00A14178" w:rsidRDefault="00A14178">
            <w:pPr>
              <w:spacing w:after="0"/>
            </w:pPr>
          </w:p>
          <w:p w14:paraId="33C77E3F" w14:textId="77777777" w:rsidR="00A14178" w:rsidRDefault="00A14178">
            <w:pPr>
              <w:spacing w:after="0"/>
            </w:pPr>
          </w:p>
          <w:p w14:paraId="2FA9A67D" w14:textId="77777777" w:rsidR="00A14178" w:rsidRDefault="00A14178">
            <w:pPr>
              <w:spacing w:after="0"/>
            </w:pPr>
          </w:p>
          <w:p w14:paraId="2B01A4D6" w14:textId="77777777" w:rsidR="00A14178" w:rsidRDefault="00A14178">
            <w:pPr>
              <w:spacing w:after="0"/>
            </w:pPr>
          </w:p>
          <w:p w14:paraId="7C1BC424" w14:textId="77777777" w:rsidR="00A14178" w:rsidRDefault="00A14178">
            <w:pPr>
              <w:spacing w:after="0"/>
            </w:pPr>
          </w:p>
          <w:p w14:paraId="59FD28A0" w14:textId="77777777" w:rsidR="00A14178" w:rsidRDefault="00A14178">
            <w:pPr>
              <w:spacing w:after="0"/>
            </w:pPr>
          </w:p>
          <w:p w14:paraId="56E2F0DF" w14:textId="77777777" w:rsidR="00A14178" w:rsidRDefault="00A14178">
            <w:pPr>
              <w:spacing w:after="0"/>
            </w:pPr>
          </w:p>
          <w:p w14:paraId="30DC4E0B" w14:textId="77777777" w:rsidR="00A14178" w:rsidRDefault="00A14178">
            <w:pPr>
              <w:spacing w:after="0"/>
            </w:pPr>
          </w:p>
          <w:p w14:paraId="4989F38B" w14:textId="77777777" w:rsidR="00A14178" w:rsidRDefault="00A14178">
            <w:pPr>
              <w:spacing w:after="0"/>
            </w:pPr>
          </w:p>
          <w:p w14:paraId="5C13F10E" w14:textId="77777777" w:rsidR="00A14178" w:rsidRDefault="00A14178">
            <w:pPr>
              <w:spacing w:after="0"/>
            </w:pPr>
          </w:p>
          <w:p w14:paraId="209F5AD7" w14:textId="77777777" w:rsidR="002F5383" w:rsidRDefault="002F5383">
            <w:pPr>
              <w:spacing w:after="0"/>
            </w:pPr>
          </w:p>
          <w:p w14:paraId="1C6CAD05" w14:textId="77777777" w:rsidR="002F5383" w:rsidRDefault="002F5383">
            <w:pPr>
              <w:spacing w:after="0"/>
            </w:pPr>
          </w:p>
          <w:p w14:paraId="1036542A" w14:textId="77777777" w:rsidR="002F5383" w:rsidRDefault="002F5383">
            <w:pPr>
              <w:spacing w:after="0"/>
            </w:pPr>
          </w:p>
          <w:p w14:paraId="0F477D58" w14:textId="77777777" w:rsidR="002F5383" w:rsidRDefault="002F5383">
            <w:pPr>
              <w:spacing w:after="0"/>
            </w:pPr>
          </w:p>
        </w:tc>
      </w:tr>
    </w:tbl>
    <w:p w14:paraId="52F5365B" w14:textId="77777777" w:rsidR="002F5383" w:rsidRDefault="002F5383">
      <w:pPr>
        <w:spacing w:after="20"/>
      </w:pPr>
    </w:p>
    <w:p w14:paraId="24331AAD" w14:textId="77777777" w:rsidR="002F5383" w:rsidRDefault="00000000">
      <w:pPr>
        <w:pStyle w:val="Heading1"/>
        <w:pageBreakBefore/>
        <w:spacing w:before="100" w:after="80"/>
      </w:pPr>
      <w:r>
        <w:lastRenderedPageBreak/>
        <w:t>6. References</w:t>
      </w:r>
    </w:p>
    <w:p w14:paraId="41973BCA" w14:textId="77777777" w:rsidR="002F5383" w:rsidRDefault="00000000">
      <w:pPr>
        <w:pStyle w:val="Heading2"/>
        <w:spacing w:before="60" w:after="40"/>
      </w:pPr>
      <w:r>
        <w:t>Referee 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3D8DFB37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1DD817B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Name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9BD485E" w14:textId="762F94E4" w:rsidR="002F5383" w:rsidRDefault="002F5383">
            <w:pPr>
              <w:spacing w:after="0"/>
            </w:pPr>
          </w:p>
        </w:tc>
      </w:tr>
      <w:tr w:rsidR="002F5383" w14:paraId="3BC00DAE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EB483F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Position / relationship to you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3F5580" w14:textId="57FAA337" w:rsidR="002F5383" w:rsidRDefault="002F5383">
            <w:pPr>
              <w:spacing w:after="0"/>
            </w:pPr>
          </w:p>
        </w:tc>
      </w:tr>
      <w:tr w:rsidR="002F5383" w14:paraId="1581B4A5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1D9A18E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Organisation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5179A28" w14:textId="5BB70640" w:rsidR="002F5383" w:rsidRDefault="002F5383">
            <w:pPr>
              <w:spacing w:after="0"/>
            </w:pPr>
          </w:p>
        </w:tc>
      </w:tr>
      <w:tr w:rsidR="002F5383" w14:paraId="2BAA8CA8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FBD5B1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Email address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741A02B" w14:textId="30B1DD20" w:rsidR="002F5383" w:rsidRDefault="002F5383">
            <w:pPr>
              <w:spacing w:after="0"/>
            </w:pPr>
          </w:p>
        </w:tc>
      </w:tr>
      <w:tr w:rsidR="002F5383" w14:paraId="00532284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E2C666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Telephone number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E207D4" w14:textId="2864E648" w:rsidR="002F5383" w:rsidRDefault="002F5383">
            <w:pPr>
              <w:spacing w:after="0"/>
            </w:pPr>
          </w:p>
        </w:tc>
      </w:tr>
    </w:tbl>
    <w:p w14:paraId="105FD4E8" w14:textId="77777777" w:rsidR="002F5383" w:rsidRDefault="00000000">
      <w:pPr>
        <w:pStyle w:val="Heading2"/>
        <w:spacing w:before="60" w:after="40"/>
      </w:pPr>
      <w:r>
        <w:t>Referee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0385548E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778F8A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Name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CA7F60" w14:textId="64F0C095" w:rsidR="002F5383" w:rsidRDefault="002F5383">
            <w:pPr>
              <w:spacing w:after="0"/>
            </w:pPr>
          </w:p>
        </w:tc>
      </w:tr>
      <w:tr w:rsidR="002F5383" w14:paraId="26F963F7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09746C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Position / relationship to you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EC42CD9" w14:textId="7E999D2D" w:rsidR="002F5383" w:rsidRDefault="002F5383">
            <w:pPr>
              <w:spacing w:after="0"/>
            </w:pPr>
          </w:p>
        </w:tc>
      </w:tr>
      <w:tr w:rsidR="002F5383" w14:paraId="4C9D3A1A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87CBA1F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Organisation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3FD045C" w14:textId="6D0B1EF2" w:rsidR="002F5383" w:rsidRDefault="002F5383">
            <w:pPr>
              <w:spacing w:after="0"/>
            </w:pPr>
          </w:p>
        </w:tc>
      </w:tr>
      <w:tr w:rsidR="002F5383" w14:paraId="5D41B632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6CADAE0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Email address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F3B9EA3" w14:textId="191770B8" w:rsidR="002F5383" w:rsidRDefault="002F5383">
            <w:pPr>
              <w:spacing w:after="0"/>
            </w:pPr>
          </w:p>
        </w:tc>
      </w:tr>
      <w:tr w:rsidR="002F5383" w14:paraId="42D72F80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CF7740E" w14:textId="77777777" w:rsidR="002F5383" w:rsidRDefault="00000000">
            <w:pPr>
              <w:spacing w:after="0"/>
            </w:pPr>
            <w:r>
              <w:rPr>
                <w:b/>
                <w:sz w:val="17"/>
              </w:rPr>
              <w:t>Telephone number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2C1965" w14:textId="37924339" w:rsidR="002F5383" w:rsidRDefault="002F5383">
            <w:pPr>
              <w:spacing w:after="0"/>
            </w:pPr>
          </w:p>
        </w:tc>
      </w:tr>
    </w:tbl>
    <w:p w14:paraId="54462C6C" w14:textId="77777777" w:rsidR="002F5383" w:rsidRDefault="00000000">
      <w:pPr>
        <w:pStyle w:val="Heading1"/>
        <w:spacing w:before="100" w:after="80"/>
      </w:pPr>
      <w:r>
        <w:t>7. Reasonable adjustments</w:t>
      </w:r>
    </w:p>
    <w:p w14:paraId="23230CCB" w14:textId="4486C09A" w:rsidR="002F5383" w:rsidRDefault="00DD5703">
      <w:pPr>
        <w:spacing w:after="40"/>
      </w:pPr>
      <w:r w:rsidRPr="00DD5703">
        <w:t>No / Yes - if yes, please tell us what would help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2F5383" w14:paraId="058CBF38" w14:textId="77777777">
        <w:trPr>
          <w:cantSplit/>
          <w:jc w:val="center"/>
        </w:trPr>
        <w:tc>
          <w:tcPr>
            <w:tcW w:w="1042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12AE8E42" w14:textId="52EBC0FE" w:rsidR="002F5383" w:rsidRDefault="002F5383">
            <w:pPr>
              <w:spacing w:after="0"/>
            </w:pPr>
          </w:p>
          <w:p w14:paraId="4D942A88" w14:textId="77777777" w:rsidR="002F5383" w:rsidRDefault="002F5383">
            <w:pPr>
              <w:spacing w:after="0"/>
            </w:pPr>
          </w:p>
          <w:p w14:paraId="483071DB" w14:textId="77777777" w:rsidR="002F5383" w:rsidRDefault="002F5383">
            <w:pPr>
              <w:spacing w:after="0"/>
            </w:pPr>
          </w:p>
        </w:tc>
      </w:tr>
    </w:tbl>
    <w:p w14:paraId="039086F6" w14:textId="77777777" w:rsidR="002F5383" w:rsidRDefault="00000000">
      <w:pPr>
        <w:pStyle w:val="Heading1"/>
        <w:spacing w:before="100" w:after="80"/>
      </w:pPr>
      <w:r>
        <w:t>8. Declaration</w:t>
      </w:r>
    </w:p>
    <w:p w14:paraId="5A964702" w14:textId="77777777" w:rsidR="002F5383" w:rsidRDefault="00000000">
      <w:pPr>
        <w:spacing w:after="80"/>
      </w:pPr>
      <w:r>
        <w:t>I confirm that, to the best of my knowledge, the information provided in this application is accurate and complete. I understand that deliberately providing false or misleading information may lead to an offer being withdrawn or, if employed, to appropriate action being taken.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2F5383" w14:paraId="4FBB5BEB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22F080B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154728C" w14:textId="53815E1C" w:rsidR="002F5383" w:rsidRDefault="002F5383">
            <w:pPr>
              <w:spacing w:after="0"/>
            </w:pPr>
          </w:p>
        </w:tc>
      </w:tr>
      <w:tr w:rsidR="002F5383" w14:paraId="33E2E611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1C23856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Signature / typed name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2F81FA5" w14:textId="4D724248" w:rsidR="002F5383" w:rsidRDefault="002F5383">
            <w:pPr>
              <w:spacing w:after="0"/>
            </w:pPr>
          </w:p>
        </w:tc>
      </w:tr>
      <w:tr w:rsidR="002F5383" w14:paraId="075600C4" w14:textId="77777777">
        <w:trPr>
          <w:cantSplit/>
          <w:jc w:val="center"/>
        </w:trPr>
        <w:tc>
          <w:tcPr>
            <w:tcW w:w="5213" w:type="dxa"/>
            <w:shd w:val="clear" w:color="auto" w:fill="E7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A0EE06" w14:textId="77777777" w:rsidR="002F5383" w:rsidRDefault="00000000">
            <w:pPr>
              <w:spacing w:after="0"/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5213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D81979" w14:textId="1AFFFB95" w:rsidR="002F5383" w:rsidRDefault="002F5383">
            <w:pPr>
              <w:spacing w:after="0"/>
            </w:pPr>
          </w:p>
        </w:tc>
      </w:tr>
    </w:tbl>
    <w:p w14:paraId="42B54F76" w14:textId="77777777" w:rsidR="00B07FD4" w:rsidRDefault="00B07FD4" w:rsidP="00585D23">
      <w:pPr>
        <w:spacing w:before="120"/>
        <w:rPr>
          <w:b/>
          <w:sz w:val="20"/>
        </w:rPr>
      </w:pPr>
    </w:p>
    <w:p w14:paraId="15043DE8" w14:textId="77777777" w:rsidR="00585D23" w:rsidRDefault="00585D23">
      <w:pPr>
        <w:spacing w:before="120"/>
        <w:jc w:val="center"/>
        <w:rPr>
          <w:b/>
          <w:sz w:val="20"/>
        </w:rPr>
      </w:pPr>
      <w:r>
        <w:rPr>
          <w:b/>
          <w:sz w:val="20"/>
        </w:rPr>
        <w:t xml:space="preserve">Please send completed application to </w:t>
      </w:r>
      <w:hyperlink r:id="rId9" w:history="1">
        <w:r w:rsidRPr="009C293D">
          <w:rPr>
            <w:rStyle w:val="Hyperlink"/>
            <w:b/>
            <w:sz w:val="20"/>
          </w:rPr>
          <w:t>Info@hwupenyuproject.org</w:t>
        </w:r>
      </w:hyperlink>
      <w:r>
        <w:rPr>
          <w:b/>
          <w:sz w:val="20"/>
        </w:rPr>
        <w:t xml:space="preserve">.  </w:t>
      </w:r>
    </w:p>
    <w:p w14:paraId="09680F76" w14:textId="7C63A029" w:rsidR="002F5383" w:rsidRDefault="00585D23">
      <w:pPr>
        <w:spacing w:before="120"/>
        <w:jc w:val="center"/>
        <w:rPr>
          <w:b/>
          <w:sz w:val="20"/>
        </w:rPr>
      </w:pPr>
      <w:r w:rsidRPr="00585D23">
        <w:rPr>
          <w:b/>
          <w:sz w:val="20"/>
        </w:rPr>
        <w:t>Thank you for your interest in Hwupenyu Health &amp; Wellbeing Project</w:t>
      </w:r>
    </w:p>
    <w:p w14:paraId="3A6E273E" w14:textId="46B1667B" w:rsidR="00B07FD4" w:rsidRDefault="00B07FD4">
      <w:pPr>
        <w:spacing w:before="120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16846D0F" wp14:editId="10166871">
            <wp:extent cx="2383790" cy="1664335"/>
            <wp:effectExtent l="0" t="0" r="0" b="0"/>
            <wp:docPr id="20560737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81DC9" w14:textId="77777777" w:rsidR="00B07FD4" w:rsidRDefault="00B07FD4">
      <w:pPr>
        <w:spacing w:before="120"/>
        <w:jc w:val="center"/>
      </w:pPr>
    </w:p>
    <w:sectPr w:rsidR="00B07FD4" w:rsidSect="00034616">
      <w:headerReference w:type="default" r:id="rId11"/>
      <w:footerReference w:type="default" r:id="rId12"/>
      <w:pgSz w:w="12240" w:h="15840"/>
      <w:pgMar w:top="765" w:right="907" w:bottom="765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55FE" w14:textId="77777777" w:rsidR="0067320B" w:rsidRDefault="0067320B">
      <w:pPr>
        <w:spacing w:after="0" w:line="240" w:lineRule="auto"/>
      </w:pPr>
      <w:r>
        <w:separator/>
      </w:r>
    </w:p>
  </w:endnote>
  <w:endnote w:type="continuationSeparator" w:id="0">
    <w:p w14:paraId="085FBCCC" w14:textId="77777777" w:rsidR="0067320B" w:rsidRDefault="0067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7A4A" w14:textId="77777777" w:rsidR="002F5383" w:rsidRDefault="00000000">
    <w:pPr>
      <w:pStyle w:val="Footer"/>
      <w:jc w:val="center"/>
    </w:pPr>
    <w:r>
      <w:rPr>
        <w:color w:val="646464"/>
        <w:sz w:val="16"/>
      </w:rPr>
      <w:t>Outreach Manager Application Form |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0A6E" w14:textId="77777777" w:rsidR="0067320B" w:rsidRDefault="0067320B">
      <w:pPr>
        <w:spacing w:after="0" w:line="240" w:lineRule="auto"/>
      </w:pPr>
      <w:r>
        <w:separator/>
      </w:r>
    </w:p>
  </w:footnote>
  <w:footnote w:type="continuationSeparator" w:id="0">
    <w:p w14:paraId="302E59BA" w14:textId="77777777" w:rsidR="0067320B" w:rsidRDefault="00673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D84C8" w14:textId="77777777" w:rsidR="002F5383" w:rsidRDefault="00000000">
    <w:pPr>
      <w:pStyle w:val="Header"/>
      <w:jc w:val="right"/>
    </w:pPr>
    <w:r>
      <w:rPr>
        <w:color w:val="646464"/>
        <w:sz w:val="16"/>
      </w:rPr>
      <w:t>Hwupenyu Health &amp; Wellbeing Project SCIO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6332169">
    <w:abstractNumId w:val="8"/>
  </w:num>
  <w:num w:numId="2" w16cid:durableId="12727689">
    <w:abstractNumId w:val="6"/>
  </w:num>
  <w:num w:numId="3" w16cid:durableId="1229340752">
    <w:abstractNumId w:val="5"/>
  </w:num>
  <w:num w:numId="4" w16cid:durableId="252786591">
    <w:abstractNumId w:val="4"/>
  </w:num>
  <w:num w:numId="5" w16cid:durableId="855927426">
    <w:abstractNumId w:val="7"/>
  </w:num>
  <w:num w:numId="6" w16cid:durableId="1228227749">
    <w:abstractNumId w:val="3"/>
  </w:num>
  <w:num w:numId="7" w16cid:durableId="1961524819">
    <w:abstractNumId w:val="2"/>
  </w:num>
  <w:num w:numId="8" w16cid:durableId="1325864164">
    <w:abstractNumId w:val="1"/>
  </w:num>
  <w:num w:numId="9" w16cid:durableId="146978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BF2"/>
    <w:rsid w:val="0006063C"/>
    <w:rsid w:val="00072D6B"/>
    <w:rsid w:val="001502FA"/>
    <w:rsid w:val="0015074B"/>
    <w:rsid w:val="001D12B8"/>
    <w:rsid w:val="0029639D"/>
    <w:rsid w:val="002F5383"/>
    <w:rsid w:val="00326F90"/>
    <w:rsid w:val="00351CBE"/>
    <w:rsid w:val="0035674A"/>
    <w:rsid w:val="00585D23"/>
    <w:rsid w:val="0067320B"/>
    <w:rsid w:val="006F0EA0"/>
    <w:rsid w:val="006F5BA8"/>
    <w:rsid w:val="007F709D"/>
    <w:rsid w:val="00850D15"/>
    <w:rsid w:val="00874912"/>
    <w:rsid w:val="00A14178"/>
    <w:rsid w:val="00A87F09"/>
    <w:rsid w:val="00AA1D8D"/>
    <w:rsid w:val="00AB6117"/>
    <w:rsid w:val="00B07FD4"/>
    <w:rsid w:val="00B47730"/>
    <w:rsid w:val="00CB0664"/>
    <w:rsid w:val="00DD57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63F404"/>
  <w14:defaultImageDpi w14:val="300"/>
  <w15:docId w15:val="{72CD8030-1B38-4314-8278-5A125567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B4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B4E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85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nfo@hwupenyuprojec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Hwupenyu Health &amp; Wellbeing Project - Outreach Manager Application Form 2026</vt:lpstr>
    </vt:vector>
  </TitlesOfParts>
  <Manager/>
  <Company/>
  <LinksUpToDate>false</LinksUpToDate>
  <CharactersWithSpaces>3138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Hwupenyu Health &amp; Wellbeing Project - Outreach Manager Application Form 2026</dc:title>
  <dc:subject>Application form for the Outreach Manager role</dc:subject>
  <dc:creator>Hwupenyu Health &amp; Wellbeing Project SCIO</dc:creator>
  <cp:keywords/>
  <dc:description>generated by python-docx</dc:description>
  <cp:lastModifiedBy>Yaa Nipah</cp:lastModifiedBy>
  <cp:revision>9</cp:revision>
  <dcterms:created xsi:type="dcterms:W3CDTF">2013-12-23T23:15:00Z</dcterms:created>
  <dcterms:modified xsi:type="dcterms:W3CDTF">2026-08-25T12:44:00Z</dcterms:modified>
  <cp:category/>
</cp:coreProperties>
</file>